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ארבעת העולמות - קוראים ונהנים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העולמות באתר - חורף, סיפור ביער, שוקולד ושורשים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פרטים מתוך תיאורי העולמות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המושג שורש ומשפחת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מאיה וחבריה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בעולם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שלוש אותיות השורש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עולם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(עונה קרה עם גשם ושלג)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(סיפור על מאיה וחברים שמוצאים מכשיר מסתורי)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(מסביר איך מכינים שוקולד מקקאו)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מסע השוקולד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פרי הקקאו גדל על 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קוטפים את פרי הקקאו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מכינים קוביית שוקולד מוכנה לאכילה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תתייחס בבירור לאחד מהעולמות (חורף, יער, שוקולד או שורשים) ותכלול לפחות שלושה משפטים מלאים עם פרט נכון מהעולם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הרפתקה ביער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שלב נכון בתהליך ההכנה, כמו קטיף, ייבוש או עיבוד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לארבע קבוצות, כל קבוצה מתמקדת בעולם אחד ומציגה אותו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להזכיר לפני התרגול את מושג השורש בעזרת דוגמאות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הפתוח כשיעורי בית או ככתיבה חופשית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ארבעת העולמות - קוראים ונהנים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יש ארבעה עולמות תוכן: החורף, הרפתקה ביער, מסע השוקולד ומשפחות מילים ושורשים. בדף הזה נתרגל פרטים מכל אחד מהם.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רעמים  ·  מוזר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עונה מתוארת בעולם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יוצאים לטיול ביער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מאיה וחבריה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דני וחבריו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רוני 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בחורף יש גשם ורוח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השורש של המילה רוקדת הוא ר-ק-ד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בין עולם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❄️ החורף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סיפור על מאיה וחברים שמוצאים מכשיר מסתורי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🌲 הרפתקה ביער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מסביר איך מכינים שוקולד מקקאו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🍫 מסע השוקולד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עונה קרה עם גשם ושלג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בחורף יש גשם, רוח, __________ וברקים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בסיפור ביער מאיה וחבריה מוצאים מכשיר __________ ומסתורי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מסע השוקולד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קוטפים את פרי הקקאו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מכינים קוביית שוקולד מוכנה לאכילה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פרי הקקאו גדל על העץ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מארבעת העולמות וכתבו שלוש שורות על מה שלמדתם או מה שמעניין אתכם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המילה המשותפת לכל המילים מאותו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סיפור מתאר טיול ביער עם מכשיר מסתורי?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ארבעת העולמות - קוראים ונהנים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