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ארבעת העולמות - קוראים ונהנים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העולמות באתר - חורף, סיפור ביער, שוקולד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פרטים מתוך תיאורי העולמות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המושג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מאיה וחבריה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עץ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שלג על ההרים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בעולם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מוצאים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שלוש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תהליך הכנה מהגרעין לקובייה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הן חולקות את אותו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עולם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(עונה קרה עם גשם ושלג)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(סיפור על מאיה וחברים שמוצאים מכשיר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(מסביר איך מכינים שוקולד מקקאו)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(לומדים על אותיות השורש במילים)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(רמת קריאה לכיתות הגדולות)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מסע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פרי הקקאו גדל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קוטפים את פרי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מוציאים מהפרי את הגרעינים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מייבשים ומעבדים את הגרעינים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מכינים קוביית שוקולד מוכנה לאכילה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בבירור לאחד מהעולמות (חורף, יער, שוקולד או שורשים) ותכלול לפחות שלושה משפטים מלאים עם פרט נכון מהעולם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הרפתקה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שלב נכון בתהליך ההכנה, כמו קטיף, ייבוש או 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לארבע קבוצות, כל קבוצה מתמקדת בעולם אחד ומציגה אותו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לפני התרגול את מושג השורש בעזרת דוגמאות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כשיעורי בית או ככתיבה חופשית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ארבעת העולמות - קוראים ונהנים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נושאים: חורף, סיפור על יער, שוקולד ומילים עם שורש. נתרגל על 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זמן בשנה, כמו חורף או 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שקשורות זו לזו כי 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שממנו מכינים שוקולד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 וברק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ואור בשמיים בזמן 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הרפתקה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מרגש ולא צפוי, כמו טיול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מסתורי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שלא יודעים מה הוא או איך הוא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עונה מופיעה בעולם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הגיבורים בסיפור על היער?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וחבריו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רוני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צמח מגיע השוקולד?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שלוש אותיות הן השורש במילה כתבו?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ת-ב-ו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ב-ו-כ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מופיע בתיאור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 על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פרחים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גשם ורוח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וחבריה מוצאים ביער מכשיר רגיל וידוע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רוקדת הוא ר-ק-ד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מגיע ישר מהעץ בלי שום הכנה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מאותה משפחה יש קשר במשמעות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עולם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❄️ החורף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לומדים על אותיות השורש במילים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🌲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עונה קרה עם גשם ושלג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🍫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רמת קריאה לכיתות הגדולות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🌳 משפחות מילים ושורשים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מסביר איך מכינים שוקולד מקקאו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🚀 ה׳-ו׳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על מאיה וחברים שמוצאים מכשיר מסתורי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יש גשם, רוח, __________ וברקים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ביער מאיה וחבריה מוצאים מכשיר __________ ומסתורי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שוקולד מכינים מעץ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אותיות השורש של המילה שומר הן ש-מ-__________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מילים מאותה משפחה חולקות אותו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מסע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קוביית שוקולד מוכנה לאכילה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 הקקאו גדל על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מייבשים ומעבדים את הגרעינים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פרי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מהפרי את הגרעינים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העולמות וכתבו שלוש שורות על מה שלמדתם או מה שמעניין אתכם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המשותפת לכל המילים מאותו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סיפור מתאר טיול ביער עם מכשיר מסתורי?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שלב אחד בדרך מהעץ לקובייה של שוקולד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ארבעת העולמות - קוראים ונהנים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