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ארבעת העולמות - קוראים ונהנים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העולמות באתר - חורף, סיפור ביער, שוקולד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פרטים מתוך תיאורי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המושג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מאיה וחבריה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עץ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שלג על ההרים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בעולם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מוצאים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שלוש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תהליך הכנה מהגרעין לקובייה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הן חולקות את אותו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עולם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(עונה קרה עם גשם ושלג)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על מאיה וחברים שמוצאים מכשיר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(מסביר איך מכינים שוקולד מקקאו)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(לומדים על אותיות השורש במילים)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(רמת קריאה לכיתות הגדולות)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מסע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פרי הקקאו גדל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קוטפים את פרי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מוציאים מהפרי את הגרעינים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מייבשים ומעבדים את הגרעינים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מכינים קוביית שוקולד מוכנה לאכילה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בבירור לאחד מהעולמות (חורף, יער, שוקולד או שורשים) ותכלול לפחות שלושה משפטים מלאים עם פרט נכון מהעולם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הרפתקה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שלב נכון בתהליך ההכנה, כמו קטיף, ייבוש או 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לארבע קבוצות, כל קבוצה מתמקדת בעולם אחד ומציגה אותו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לפני התרגול את מושג השורש בעזרת דוגמאות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כשיעורי בית או ככתיבה חופשית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ארבעת העולמות - קוראים ונהנים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עולמות תוכן: החורף, הרפתקה ביער, מסע השוקולד ומשפחות מילים ושורשים. בדף הזה נתרגל פרטים מכל אחד מהם.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עונה מתוארת בעולם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יוצאים לטיול ביער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וחבריו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רוני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מכינים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מהן אותיות השורש במילה כתבו?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ת-ב-ו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ב-ו-כ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למצוא בחורף לפי התיאור?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 על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פרחים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גשם ורוח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מוצאים ביער מכשיר רגיל וידוע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רוקדת הוא ר-ק-ד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מגיע ישר מהעץ בלי שום הכנה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מאותה משפחה יש קשר במשמעות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עולם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❄️ החורף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לומדים על אותיות השורש במילים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🌲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רמת קריאה לכיתות הגדולות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🍫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קרה עם גשם ושלג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🌳 משפחות מילים ושורשים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על מאיה וחברים שמוצאים מכשיר מסתורי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🚀 ה׳-ו׳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מסביר איך מכינים שוקולד מקקאו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יש גשם, רוח, __________ וברקים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ביער מאיה וחבריה מוצאים מכשיר __________ ומסתורי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שוקולד מכינים מעץ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אותיות השורש של המילה שומר הן ש-מ-__________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מילים מאותה משפחה חולקות אותו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מסע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פרי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קוביית שוקולד מוכנה לאכילה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מייבשים ומעבדים את הגרעינים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 הקקאו גדל על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מהפרי את הגרעינים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העולמות וכתבו שלוש שורות על מה שלמדתם או מה שמעניין אתכם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המשותפת לכל המילים מאותו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סיפור מתאר טיול ביער עם מכשיר מסתורי?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שלב אחד בדרך מהעץ לקובייה של שוקולד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ארבעת העולמות - קוראים ונהנים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